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מקימים מרכזונים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ההקמה של מרכזונים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התפקידים השונים בקבוצת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הפעולות הנכון בסבב בין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ערכת מרכזון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בריסטול 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עושים להם למינציה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סמל, צבע ומספר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תרגול מעבר בין תחנות בלי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בשלב הכנת המעטפות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להרחיק תחנה שקטה מתחנה מדברת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בכל שיעור מזיזים את הקבוצות תחנה אחת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מחליפים תפקידים בכל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כולם משתתפים יחד בסבב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שגריר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(מוביל את הפעילות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(עוקב אחרי הזמן שנשאר)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 את התשובות עם פס הבדיקה)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(שומר על הכרטיסים והחומרים)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(עובר בין קבוצות ומעביר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ההקמה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מדפיסים את ערכת המרכזון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 למינציה לשלט ולכרטיס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גוזרים וממיינים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מעטפה לכל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מסדרים את התחנות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מתרגלים סבב בין התחנות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התפקידים (מנחה, שומר זמן, בודק, אחראי ציוד, שגריר) עם הסבר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שרעש מהתחנה המדברת לא יפריע לתלמידים בתחנה השקטה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בודקים עם הפס, מחזירים למעטפה ועוברים לתחנה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תחנה שקטה מיועדת לקריאה וכתיבה, תחנה מדברת להקשבה ודיבור - לכן מרחיקים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השגריר עובר בין קבוצות ומעביר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הדף כדאי להראות לתלמידים דוגמה אמיתית של מעטפת מרכזון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בעל פה כדיון קבוצתי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בפועל סבב יבש קצר בכיתה אחרי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מקימים מרכזונים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מכינים ומארגנים מרכזונים (תחנות למידה) בכיתה - מהדפסה ועד לסבב בין התחנות.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מדפיסים לכל מרכזון?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שלט תחנה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ערכת מרכזון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דף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חומר כדאי להדפיס את הכרטיסים לגזירה?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נייר דק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בריסטול 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קרטון עבה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נייר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לשלט התחנה וכרטיס הכללים?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זורקים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שורפים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עושים להם למינציה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מקפלים אותם לשמונה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נמצא בגב כל דף 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סמל, צבע ומספר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ההדפסה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תחנות מומלץ להתחיל איתן בשבוע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התחנות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״סבב יבש״?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סבב בלי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תרגול מעבר בין תחנות בלי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בדיקה של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מעטפה יש דף הוראות, כרטיסים ופס בדיקה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שקטה צריכה להיות ליד תחנה מדברת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שיעור הקבוצות נשארות באותה 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שומר על אותו תפקיד 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עולים ותלמידי חנ״מ משתתפים בסבב עם מעטפה מותאמת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מדביקים את תווית המעטפה על מעטפה בגודל __________ או שקית זיפ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קבוצה כוללת תפקידים כמו מנחה, שומר זמן, בודק, אחראי ציוד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כשנשמע __________ המעבר עוצרים ובודקים עם הפס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מחברים 2-3 __________ לכל תחנה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מוסיפים __________ חדשה בכל שבוע עד שכל המרכזונים פועלים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עובר בין קבוצות ומעביר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הכרטיסים והחומרים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מוביל את הפעילות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אחראי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 את התשובות עם פס הבדיקה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שגריר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עוקב אחרי הזמן שנשאר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ההקמה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מדפיסים את ערכת המרכזון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מעטפה לכל 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התחנות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סבב בין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עושים למינציה לשלט ולכרטיס הכללים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גוזרים וממיינים את הכרטיסים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אחראים על תחנה בכיתה. איזה תפקיד הייתם רוצים למלא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שתחנה שקטה תהיה רחוקה מתחנה מדברת?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כששומעים את אות המעבר?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תחנה שקטה לתחנה מדברת?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השגריר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מקימים מרכזונים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