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🎲 מרכזי למידה בלשון – מכיתה א׳ עד ט׳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איך מקימים מרכזונים בכיתה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שלבי ההקמה של מרכזונים בכיתה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התפקידים השונים בקבוצת עבודה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את סדר הפעולות הנכון בסבב בין תחנות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התהליך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ערכת מרכזון מלאה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בריסטול דק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עושים להם למינציה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סמל, צבע ומספר המשחק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שתיים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תרגול מעבר בין תחנות בלי לשחק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כתוב בשלב הכנת המעטפות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כדאי להרחיק תחנה שקטה מתחנה מדברת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בכל שיעור מזיזים את הקבוצות תחנה אחת קדימה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מחליפים תפקידים בכל שיעור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כך כולם משתתפים יחד בסבב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A5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שגריר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שולחנות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תחנה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התאמת תפקידים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(מוביל את הפעילות בקבוצה)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(עוקב אחרי הזמן שנשאר)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(בודק את התשובות עם פס הבדיקה)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(שומר על הכרטיסים והחומרים)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(עובר בין קבוצות ומעביר מידע)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 של ההקמה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מדפיסים את ערכת המרכזון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עושים למינציה לשלט ולכרטיס הכללים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גוזרים וממיינים את הכרטיסים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מכינים מעטפה לכל משחק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מסדרים את התחנות בכיתה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מתרגלים סבב בין התחנות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חשיבה ויישום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 המתייחסת לאחד התפקידים (מנחה, שומר זמן, בודק, אחראי ציוד, שגריר) עם הסבר הגיוני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כדי שרעש מהתחנה המדברת לא יפריע לתלמידים בתחנה השקטה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עוצרים, בודקים עם הפס, מחזירים למעטפה ועוברים לתחנה הבאה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תחנה שקטה מיועדת לקריאה וכתיבה, תחנה מדברת להקשבה ודיבור - לכן מרחיקים ביניהן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השגריר עובר בין קבוצות ומעביר מידע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לפני תחילת הדף כדאי להראות לתלמידים דוגמה אמיתית של מעטפת מרכזון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לבצע את חלק הסידור בעל פה כדיון קבוצתי לפני המענה בכתב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לתרגל בפועל סבב יבש קצר בכיתה אחרי מילוי הדף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🎲 מרכזי למידה בלשון – מכיתה א׳ עד ט׳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איך מקימים מרכזונים בכיתה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לומדים איך מכינים תחנות למידה בכיתה. יש שלבים: מדפיסים, גוזרים, מסדרים ומתרגלים לעבור בין תחנות.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מרכזון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תחנת למידה קטנה בכיתה עם משחק או פעילות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למינציה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ציפוי פלסטיק שמגן על הדף ומאפשר לכתוב עליו בטוש מחיק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תווית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פתק קטן עם שם או סימן שמדביקים על חפץ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סבב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מעבר מסודר של קבוצות בין התחנות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שגריר/ה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תלמיד שתפקידו לעבור בין קבוצות ולהעביר מידע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אות מעבר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סימן כמו צלצול שמודיע שצריך לעבור תחנה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פס בדיקה עצמית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כרטיס שעוזר לבדוק אם התשובות נכונות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התהליך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מכינים למרכזון אחד?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רק שלט תחנה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ערכת מרכזון מלאה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רק כרטיסים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רק דף הוראות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על איזה נייר מדפיסים כרטיסים?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נייר דק רגיל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בריסטול דק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קרטון עבה מאוד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נייר כסף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איך שומרים על השלט לאורך זמן?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זורקים אותם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שורפים אותם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עושים להם למינציה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מקפלים אותם לשמונה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כתוב מאחורי הכרטיסים?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שם המורה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סמל, צבע ומספר המשחק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תאריך ההדפסה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רשימת תלמידים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כמה תחנות פותחים בהתחלה?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תחנה אחת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שתיים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חמש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כל התחנות ביחד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 הכוונה בביטוי סבב יבש?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סבב בלי 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תרגול מעבר בין תחנות בלי לשחק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משחק חדש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בדיקה של המורה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בכל מעטפה יש דף הוראות, כרטיסים ופס בדיקה עצמית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תחנה שקטה צריכה להיות ליד תחנה מדברת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בכל שיעור הקבוצות נשארות באותה תחנה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תלמיד שומר על אותו תפקיד תמיד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תלמידים עולים ותלמידי חנ״מ משתתפים בסבב עם מעטפה מותאמת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מדביקים את תווית המעטפה על מעטפה בגודל __________ או שקית זיפ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כל קבוצה כוללת תפקידים כמו מנחה, שומר זמן, בודק, אחראי ציוד ו__________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כשנשמע __________ המעבר עוצרים ובודקים עם הפס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מחברים 2-3 __________ לכל תחנה בכיתה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מוסיפים __________ חדשה בכל שבוע עד שכל המרכזונים פועלים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התאמת תפקידים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מנחה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שומר על הכרטיסים והחומרים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שומר זמן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מוביל את הפעילות בקבוצה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בודק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עובר בין קבוצות ומעביר מידע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אחראי ציוד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בודק את התשובות עם פס הבדיקה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שגריר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עוקב אחרי הזמן שנשאר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נכון של ההקמה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גוזרים וממיינים את הכרטיסים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מדפיסים את ערכת המרכזון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מתרגלים סבב בין התחנות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מסדרים את התחנות בכיתה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עושים למינציה לשלט ולכרטיס הכללים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מכינים מעטפה לכל משחק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חשיבה ויישום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דמיינו שאתם אחראים על תחנה בכיתה. איזה תפקיד הייתם רוצים למלא ולמה?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למה חשוב שתחנה שקטה תהיה רחוקה מתחנה מדברת?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עושים כששומעים את אות המעבר?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תחנה שקטה לתחנה מדברת?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תפקידו של השגריר בקבוצה?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איך מקימים מרכזונים בכיתה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